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097280" cy="182697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midreza_nasiri_dahej_cv_phot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8269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</w:pPr>
      <w:r>
        <w:t>Curriculum Vitae</w:t>
      </w:r>
    </w:p>
    <w:p>
      <w:r>
        <w:t>Full Name: Hamid Reza Nasiri Dahej</w:t>
      </w:r>
    </w:p>
    <w:p>
      <w:r>
        <w:t>Date of Birth: April 25, 1988</w:t>
      </w:r>
    </w:p>
    <w:p>
      <w:r>
        <w:t>Phone: +98 921 150 0132 (WhatsApp available)</w:t>
      </w:r>
    </w:p>
    <w:p>
      <w:r>
        <w:t>Email: hamidrezanasiri008@gmail.com</w:t>
      </w:r>
    </w:p>
    <w:p>
      <w:r>
        <w:t>Address: No. 435, 4th Floor, Unit 7, Golayel Alley, Othar St., Sayad Shirazi Blvd, Eram Blvd, Mehrshahr, Karaj, Alborz, Iran</w:t>
      </w:r>
    </w:p>
    <w:p>
      <w:pPr>
        <w:pStyle w:val="Heading1"/>
      </w:pPr>
      <w:r>
        <w:t>Career Objective</w:t>
      </w:r>
    </w:p>
    <w:p>
      <w:r>
        <w:t>Motivated and detail-oriented accounting and finance professional seeking to advance my expertise in an international, transparent, and dynamic environment. I aim to contribute to the organization’s success while enhancing my knowledge of global accounting standards and practices.</w:t>
      </w:r>
    </w:p>
    <w:p>
      <w:pPr>
        <w:pStyle w:val="Heading1"/>
      </w:pPr>
      <w:r>
        <w:t>Education</w:t>
      </w:r>
    </w:p>
    <w:p>
      <w:r>
        <w:t>- Bachelor’s Degree in Business Accounting</w:t>
        <w:br/>
        <w:t>- Master’s Degree in Financial Management</w:t>
      </w:r>
    </w:p>
    <w:p>
      <w:pPr>
        <w:pStyle w:val="Heading1"/>
      </w:pPr>
      <w:r>
        <w:t>Work Experience</w:t>
      </w:r>
    </w:p>
    <w:p>
      <w:r>
        <w:t>Iran Mineral Processing Research Center (2016 – Present)</w:t>
        <w:br/>
        <w:t>Position: Financial Expert</w:t>
        <w:br/>
        <w:t>- Recording and auditing sales invoices in the Taxpayers System</w:t>
        <w:br/>
        <w:t>- Analyzing financial documents and preparing journal entries</w:t>
        <w:br/>
        <w:t>- Preparing monthly and annual financial reports</w:t>
        <w:br/>
        <w:t>- Managing accounts receivable and payable, inventory control</w:t>
        <w:br/>
        <w:t>- Reviewing and managing procurement documents in the Government Procurement System</w:t>
      </w:r>
    </w:p>
    <w:p>
      <w:pPr>
        <w:pStyle w:val="Heading1"/>
      </w:pPr>
      <w:r>
        <w:t>Skills</w:t>
      </w:r>
    </w:p>
    <w:p>
      <w:r>
        <w:t>- Proficient in accounting software (Rahkaran)</w:t>
        <w:br/>
        <w:t>- Skilled in Microsoft Office (Excel, Word, PowerPoint)</w:t>
        <w:br/>
        <w:t>- Knowledge of financial reporting and document management</w:t>
        <w:br/>
        <w:t>- Inventory and procurement management</w:t>
        <w:br/>
        <w:t>- English: Pre-Intermediate</w:t>
      </w:r>
    </w:p>
    <w:p>
      <w:pPr>
        <w:pStyle w:val="Heading1"/>
      </w:pPr>
      <w:r>
        <w:t>Certificates</w:t>
      </w:r>
    </w:p>
    <w:p>
      <w:r>
        <w:t>- General Ledger and Accounting Software (Rahkaran) Training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